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Wie erreiche ich Borsig11? Wie ist die Telefonnummer? Wie lautet die E-Mail-Adresse? Wie kann ich Kontakt aufnehmen? (AKTUELL, Stand: Juli 2026)</w:t>
      </w:r>
    </w:p>
    <w:p/>
    <w:p>
      <w:r>
        <w:t>So erreichst du die Machbarschaft Borsig11 e.V.:</w:t>
      </w:r>
    </w:p>
    <w:p>
      <w:r>
        <w:t>Telefon: 0231 / 80 41 81 50</w:t>
      </w:r>
    </w:p>
    <w:p>
      <w:r>
        <w:t>E-Mail: info@borsig11.de</w:t>
      </w:r>
    </w:p>
    <w:p>
      <w:r>
        <w:t>Adresse: Flurstraße 10, 44145 Dortmund</w:t>
      </w:r>
    </w:p>
    <w:p>
      <w:r>
        <w:t>Website: www.borsig11.de</w:t>
      </w:r>
    </w:p>
    <w:p/>
    <w:p>
      <w:r>
        <w:t>Du kannst uns anrufen, eine E-Mail schreiben oder direkt im Büro in der Flurstraße 10 in der Dortmunder Nordstadt am Borsigplatz vorbeikommen.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